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Self-Assessment to C3PAO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Readiness Gap Checklist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9.4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If your contract requires a C3PAO (third-party) assessment rather than a self-assessment, you need to be prepared for a higher level of scrutiny. This checklist identifies the gaps between what a self-assessment requires and what a C3PAO assessment demands. Use it to evaluate whether your organization is truly ready for a third-party audit, or if additional preparation is needed. Complete this checklist 3-6 months before your scheduled C3PAO assessment.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SELF-ASSESSMENT vs C3PAO: KEY DIFFERENCES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DIMENSION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SELF-ASSESSMENT</w:t>
            </w:r>
          </w:p>
        </w:tc>
        <w:tc>
          <w:tcPr>
            <w:tcW w:type="dxa" w:w="47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C3PAO ASSESSMENT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Assessor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Your own team (internal)</w:t>
            </w:r>
          </w:p>
        </w:tc>
        <w:tc>
          <w:tcPr>
            <w:tcW w:type="dxa" w:w="47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Certified Third-Party Assessment Organization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Rigor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Self-reported, honor-based</w:t>
            </w:r>
          </w:p>
        </w:tc>
        <w:tc>
          <w:tcPr>
            <w:tcW w:type="dxa" w:w="47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Independent verification with evidence review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Evidence Standard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Internal documentation sufficient</w:t>
            </w:r>
          </w:p>
        </w:tc>
        <w:tc>
          <w:tcPr>
            <w:tcW w:type="dxa" w:w="47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Must withstand external audit scrutiny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Interviews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Optional / informal</w:t>
            </w:r>
          </w:p>
        </w:tc>
        <w:tc>
          <w:tcPr>
            <w:tcW w:type="dxa" w:w="47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Formal interviews with staff at multiple levels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Testing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Self-verified</w:t>
            </w:r>
          </w:p>
        </w:tc>
        <w:tc>
          <w:tcPr>
            <w:tcW w:type="dxa" w:w="47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Assessor tests controls directly on your systems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Documentation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Must exist</w:t>
            </w:r>
          </w:p>
        </w:tc>
        <w:tc>
          <w:tcPr>
            <w:tcW w:type="dxa" w:w="47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Must be complete, current, consistent, and accessible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Result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SPRS score + affirmation</w:t>
            </w:r>
          </w:p>
        </w:tc>
        <w:tc>
          <w:tcPr>
            <w:tcW w:type="dxa" w:w="47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Formal certification or conditional certification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Consequences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Contracting officer relies on score</w:t>
            </w:r>
          </w:p>
        </w:tc>
        <w:tc>
          <w:tcPr>
            <w:tcW w:type="dxa" w:w="47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Failed assessment = no certification = no contract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C3PAO READINESS CHECKLIST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DOCUMENTATION READINESS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SSP is complete with all 110 control implementation descriptions — no placeholders or "TBD" entries.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POA&amp;M is current, with all items having realistic target dates within 180 days.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All 14 security policies exist, are approved by management, and are version-controlled.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Procedures are written for all major security processes (at least one per control family).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Network diagrams, data flow diagrams, and boundary descriptions are current and accurate.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Organization-Defined Parameters (ODPs) are all defined and documented in the SSP.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Revision history is maintained for all key documents (SSP, policies, procedures).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EVIDENCE READINESS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Evidence is collected and organized for every implemented control.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Screenshots are dated and clearly labeled.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Audit logs demonstrate ongoing monitoring (not just a single point in time).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Training records show all personnel have completed security awareness training.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Vulnerability scan results are current (within 30 days) and show remediation tracking.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Incident response test/exercise has been conducted within the past year.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Evidence repository is organized by control family and accessible to assessors.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PERSONNEL READINESS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Key personnel know their roles and can articulate security responsibilities.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IT administrators can demonstrate control implementations live on systems.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Management can explain the security program strategy and resource allocation.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Staff can describe how they handle CUI in daily operations.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 primary point of contact is designated to coordinate the assessment process.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Interview preparation has been conducted with personnel likely to be interviewed.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TECHNICAL READINESS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All technical controls are actively enforced (not just documented).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MFA is deployed on all applicable accounts and can be demonstrated.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Encryption is verified for CUI at rest and in transit (FIPS-validated).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SIEM/logging is operational and retaining logs per policy.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Patch levels are current with no critical/high vulnerabilities unaddressed.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Backup and recovery has been tested and documented.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Physical security controls are in place and functioning.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TIMELINE: PREPARING FOR C3PAO ASSESSMENT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TIMEFRAME</w:t>
            </w:r>
          </w:p>
        </w:tc>
        <w:tc>
          <w:tcPr>
            <w:tcW w:type="dxa" w:w="79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ACTION ITEMS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6 months before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Complete internal self-assessment, identify all gaps, begin remediation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4 months before</w:t>
            </w:r>
          </w:p>
        </w:tc>
        <w:tc>
          <w:tcPr>
            <w:tcW w:type="dxa" w:w="79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Close critical POA&amp;M items, complete documentation updates, collect evidence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 months before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Conduct mock assessment or readiness review, train personnel for interviews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2 months before</w:t>
            </w:r>
          </w:p>
        </w:tc>
        <w:tc>
          <w:tcPr>
            <w:tcW w:type="dxa" w:w="79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Finalize evidence repository, verify all technical controls, update SSP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1 month before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Final review of all documents, brief leadership, confirm assessment logistics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Assessment week</w:t>
            </w:r>
          </w:p>
        </w:tc>
        <w:tc>
          <w:tcPr>
            <w:tcW w:type="dxa" w:w="79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Ensure key personnel availability, evidence accessible, systems stable</w:t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