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Level 2 Affirmation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&amp; Submission Checklist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8.13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After completing your Level 2 self-assessment (or C3PAO assessment), you must submit the results and an affirmation to the DoD. This checklist ensures every prerequisite is met before submission. The affirmation is a legal declaration — your senior official is attesting that the assessment results are accurate. Errors or misrepresentations can have serious contractual consequences.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PRE-SUBMISSION REQUIREMENTS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All 110 NIST SP 800-171 controls have been assessed.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SPRS score has been accurately calculated.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SSP is complete, current, and addresses all 110 controls.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POA&amp;M documents all non-implemented controls with realistic timelines.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POA&amp;M items are within the 180-day closure window.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Evidence has been collected and organized for all implemented controls.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Organization-Defined Parameters (ODPs) are documented in the SSP.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CUI boundary is clearly defined with supporting diagrams.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All personnel with CUI access have completed security awareness training.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Incident response plan is in place with 72-hour DIBNet reporting capability.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SPRS SUBMISSION DETAILS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FIELD</w:t>
            </w:r>
          </w:p>
        </w:tc>
        <w:tc>
          <w:tcPr>
            <w:tcW w:type="dxa" w:w="64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YOUR VALUE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Organization Name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CAGE Code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Name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 — must match SSP]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Assessment Type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Basic Self-Assessment / Medium / High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SPRS Score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[Enter: -203 to 110]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Assessment Date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[MM/DD/YYYY]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SSP Name/Identifier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POA&amp;M Completion Date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[If applicable]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AFFIRMATION PROCESS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1. Identify Your Senior Official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The person who will sign the affirmation must have authority to represent the organization. Typically a C-suite executive, VP, or designated security official.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2. Review Assessment Results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The senior official must personally review the SPRS score, SSP, and POA&amp;M to confirm accuracy.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3. Access SPRS Portal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Log in at https://www.sprs.csd.disa.mil with a valid DoD credential.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4. Enter Assessment Data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Submit the SPRS score and all required metadata.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5. Sign the Affirmation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The senior official digitally signs, affirming the results are accurate and complete.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6. Save Confirmation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Download or screenshot the confirmation receipt. File it with your assessment records.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POST-SUBMISSION MAINTENANCE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Set reminder for annual re-assessment and re-affirmation.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Update SPRS score as POA&amp;M items are closed.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Re-assess if significant system changes occur.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Maintain all evidence and documentation for the assessment period.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Monitor for changes to CMMC requirements or assessment methodology.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