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Plan of Action &amp; Milestones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POA&amp;M Starter Worksheet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6.2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Use this worksheet to document controls that are not yet fully implemented. Each row represents one gap identified during your NIST SP 800-171 assessment. Fill in the details for each non-compliant control, assign an owner, set a target completion date, and track progress. Your POA&amp;M is a living document — update it as remediation activities are completed. Assessors will review your POA&amp;M to verify that gaps have defined plans and timelines for closure.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POA&amp;M TRACKING TABLE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260"/>
        <w:gridCol w:w="1260"/>
        <w:gridCol w:w="1260"/>
        <w:gridCol w:w="1260"/>
        <w:gridCol w:w="1260"/>
        <w:gridCol w:w="1260"/>
        <w:gridCol w:w="1260"/>
        <w:gridCol w:w="1260"/>
      </w:tblGrid>
      <w:tr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CONTROL ID</w:t>
            </w:r>
          </w:p>
        </w:tc>
        <w:tc>
          <w:tcPr>
            <w:tcW w:type="dxa" w:w="201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CONTROL DESCRIPTION</w:t>
            </w:r>
          </w:p>
        </w:tc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GAP / WEAKNESS</w:t>
            </w:r>
          </w:p>
        </w:tc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RISK LEVEL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REMEDIATION PLAN</w:t>
            </w:r>
          </w:p>
        </w:tc>
        <w:tc>
          <w:tcPr>
            <w:tcW w:type="dxa" w:w="11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OWNER</w:t>
            </w:r>
          </w:p>
        </w:tc>
        <w:tc>
          <w:tcPr>
            <w:tcW w:type="dxa" w:w="11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TARGET DATE</w:t>
            </w:r>
          </w:p>
        </w:tc>
        <w:tc>
          <w:tcPr>
            <w:tcW w:type="dxa" w:w="864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STATUS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3.X.X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control text]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the gap]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High/Med/Low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[Steps to remediate]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[Name/Role]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MM/DD/YYYY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3.X.X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control text]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the gap]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High/Med/Low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[Steps to remediate]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[Name/Role]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MM/DD/YYYY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3.X.X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control text]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the gap]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High/Med/Low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[Steps to remediate]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[Name/Role]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MM/DD/YYYY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3.X.X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control text]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the gap]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High/Med/Low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[Steps to remediate]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[Name/Role]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MM/DD/YYYY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3.X.X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control text]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the gap]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High/Med/Low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[Steps to remediate]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[Name/Role]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MM/DD/YYYY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HOW TO FILL IN EACH COLUMN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1. Control ID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NIST SP 800-171 control number (e.g., 3.1.1, 3.5.3).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2. Control Description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Brief text of the control requirement from NIST SP 800-171.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3. Gap / Weakness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Describe specifically what is missing or incomplete in your implementation.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4. Risk Level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Assign High, Medium, or Low based on potential impact if the gap is exploited.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5. Remediation Plan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Describe the specific steps you will take to close the gap (e.g., deploy MFA, update policy, purchase tool).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6. Owner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person or role responsible for completing the remediation.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7. Target Date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date by which remediation should be complete. Be realistic but timely.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8. Status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Open, In Progress, or Closed. Update as work progresses.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POA&amp;M MANAGEMENT TIPS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Prioritize HIGH risk items for immediate remediation.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Review POA&amp;M progress at least monthly with stakeholders.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Close items formally by documenting evidence of implementation.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Keep target dates realistic — overpromising erodes credibility with assessors.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Link each POA&amp;M item back to your SSP control implementation section.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Archive closed items for audit trail purposes.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